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קבוצות מילים לפי משמעות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מידות אדם, מערכת המשפט, מילות שאלה וקשרי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סנגור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(התנהגות קשה וללא רחמים)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(גאווה יתרה ותחושת עליונות)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(עורך דין שמגן על הנאשם)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שראה את האירוע ומספר עליו בבית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שופט שייך לקבוצת מערכת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יוהרה היא גאווה יתרה, מידה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כולן מסבירות סיבה למשהו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כי / משום ש / מפני ש / היות ש שמסביר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מתי / מדוע / כיצד /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מהרשימה: עד/סנגור/נאשם/שופט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מהרשימה: מתי/מדוע/כיצד/מי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שקשר סיבה מסביר למה משהו קרה, עם דוגמה כמו כי או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משחק רביעיות עם קלפים פיזיים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התלמידים לזוגות להתאמת המילים לקטגוריות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מוקל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הקלפים 'רביעיות' יש קבוצות של ארבע מילים ששייכות לאותו נושא. בדף הזה נתרגל את המילים מהקבוצות: מידות רעות, מערכת המשפט, מילות שאלה וקשרי 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כיצד  ·  כי  ·  מתי  ·  מדוע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שייכת לקבוצת 'מידות רעות'?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שייכת לקבוצת 'מערכת המשפט'?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סנגור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היא מילת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נאשם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אכזריות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עורך דין שמגן על הנאשם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שראה את האירוע ומספר עליו בבית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סנגור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התנהגות קשה וללא רחמים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גאווה יתרה ותחושת עליונות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איחרת היום לבית הספר?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לא ידעתי __________ להגיע לכיתה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נפגשים מחר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רועי לא הגיע לבית הספר __________ הוא היה חולה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'שופט' שייכת לקבוצת מילות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'יוהרה' מתארת מידה רעה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כי, מפני ש, משום ש והיות ש הן קשרי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שמשתמש במילת קשר סיבה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שמשתמש במילת שאלה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מקבוצת מערכת המשפט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רביעיות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