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רביעיות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קבוצות מילים לפי משמעות ותפקיד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בנושאי מידות אדם, מערכת המשפט, מילות שאלה וקשרי 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בתוך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יוהרה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סנגור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מפני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צביעות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(התנהגות קשה וללא רחמים)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(גאווה יתרה ותחושת עליונות)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(עורך דין שמגן על הנאשם)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 שראה את האירוע ומספר עליו בבית המשפט)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(מי שמחליט על פסק הדין)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(התנהגות שמעמידה פנים שהיא אחרת)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כיצד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משום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סנגור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שופט שייך לקבוצת מערכת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יוהרה היא גאווה יתרה, מידה 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כולן מסבירות סיבה למשהו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תפקידו של העד, לא הסנגור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עצלות היא מידה 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כיצד היא מילת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ושימוש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כי / משום ש / מפני ש / היות ש שמסביר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עם מתי / מדוע / כיצד /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הנאשם הוא מי שמואשם, הסנגור הוא עורך הדין שמגן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נוספת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עם הסבר קצר על המידה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מהרשימה: עד/סנגור/נאשם/שופט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מהרשימה: מתי/מדוע/כיצד/מי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שקשר סיבה מסביר למה משהו קרה, עם דוגמה כמו כי או משום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משחק רביעיות עם קלפים פיזיים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התלמידים לזוגות להתאמת המילים לקטגוריות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מוקל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רביעיות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יש קבוצות של ארבע מילים דומות. בדף הזה נתרגל את המילים האלה ונלמד מה הן אומרות.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אכזריות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התנהגות קשה וללא רחמים כלפי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יוהרה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עליונות וגאווה גדולה מדי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צביעות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התנהגות שמעמידה פנים שהיא משהו אחר ממה שהיא באמת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סנגור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עורך דין שמגן על הנאשם בבית המשפט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שמואשם בעבירה ומובא למשפט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שראה את מה שקרה ומספר על כך בבית המשפט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סיבה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שמסבירה למה משהו קרה, כמו כי או משום 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רביעייה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ארבעה קלפים עם מילים מאותו נושא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מידה רעה?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היות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קשורה לבית 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כיצד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סנגור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שואלת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נאשם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אכזריות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משום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מסבירה סיבה?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מפני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שייכת לקבוצת 'מידות רעות'?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כיצד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שייכת לקבוצת 'מערכת המשפט'?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היות 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אכזריות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 שראה את האירוע ומספר עליו בבית המשפט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התנהגות קשה וללא רחמים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סנגור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גאווה יתרה ותחושת עליונות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 שמחליט על פסק הדין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התנהגות שמעמידה פנים שהיא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צביעות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עורך דין שמגן על הנאשם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איחרת היום לבית הספר?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לא ידעתי __________ להגיע לכיתה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נפגשים מחר אחרי הלימודים?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רועי לא הגיע לבית הספר __________ הוא היה חולה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היא לא ענתה לשאלה __________ היא לא הבינה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בבית המשפט העורך דין שמגן על הנאשם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'שופט' שייכת לקבוצת מילות השאלה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'יוהרה' מתארת מידה רעה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כי, מפני ש, משום ש והיות ש הן קשרי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'סנגור' מתארת אדם שמעיד בבית 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'עצלות' שייכת לקבוצת מידות רעות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'כיצד' היא קשר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ושימוש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שמשתמש במילת קשר סיבה מהרשימה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שמשתמש במילת שאלה מהרשימה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מה ההבדל בין נאשם לסנגור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נוספת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 מידות רעות מהרשימה וכתבו דוגמה למצב שבו אדם מתנהג כך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מקבוצת מערכת המשפט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שאלה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קשר סיבה?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רביעיות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